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Экология школьного двора</w:t>
      </w:r>
    </w:p>
    <w:p>
      <w:pPr>
        <w:pStyle w:val="Subtitle"/>
      </w:pPr>
      <w:r>
        <w:rPr>
          <w:color w:val="000000"/>
        </w:rPr>
        <w:t>Доклад к презентации</w:t>
      </w:r>
    </w:p>
    <w:p>
      <w:pPr>
        <w:pStyle w:val="Heading1"/>
      </w:pPr>
      <w:r>
        <w:rPr>
          <w:color w:val="000000"/>
        </w:rPr>
        <w:t>1 слайд</w:t>
      </w:r>
    </w:p>
    <w:p>
      <w:pPr/>
      <w:r>
        <w:t>Я представляю проект «Экология школьного двора». Главный вопрос — как сделать школьный двор чище и удобнее? Для ответа составим план наблюдения и предложим изменения.</w:t>
      </w:r>
    </w:p>
    <w:p>
      <w:pPr>
        <w:pStyle w:val="Heading1"/>
      </w:pPr>
      <w:r>
        <w:rPr>
          <w:color w:val="000000"/>
        </w:rPr>
        <w:t>2 слайд</w:t>
      </w:r>
    </w:p>
    <w:p>
      <w:pPr/>
      <w:r>
        <w:t>Выберем территорию и одинаковый маршрут для всех обходов. Во время наблюдений будем делать фотографии и заметки. Они помогут сравнить состояние двора до изменений и после них.</w:t>
      </w:r>
    </w:p>
    <w:p>
      <w:pPr>
        <w:pStyle w:val="Heading1"/>
      </w:pPr>
      <w:r>
        <w:rPr>
          <w:color w:val="000000"/>
        </w:rPr>
        <w:t>3 слайд</w:t>
      </w:r>
    </w:p>
    <w:p>
      <w:pPr/>
      <w:r>
        <w:t>Для школы предлагаются урны у входа и уход за клумбами. После согласования и выполнения этих мер повторим наблюдение по тому же маршруту и сравним фотографии и заметки.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76" w:lineRule="auto"/>
    </w:pPr>
    <w:rPr>
      <w:rFonts w:ascii="Arial" w:hAnsi="Arial" w:eastAsia="Arial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440"/>
    </w:pPr>
    <w:rPr>
      <w:rFonts w:asciiTheme="majorHAnsi" w:eastAsiaTheme="majorEastAsia" w:hAnsiTheme="majorHAnsi" w:cstheme="majorBidi" w:ascii="Arial" w:hAnsi="Arial" w:eastAsia="Arial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Экология школьного двора</dc:title>
  <dc:subject>Доклад к презентации из трёх слайдов</dc:subject>
  <dc:creator>Александр Денисенко</dc:creator>
  <cp:keywords>школьный проект, доклад, презентация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